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223F0E" w14:textId="77777777" w:rsidR="001855EF" w:rsidRDefault="00334A2A">
      <w:pPr>
        <w:jc w:val="center"/>
      </w:pPr>
      <w:r>
        <w:rPr>
          <w:noProof/>
        </w:rPr>
        <w:drawing>
          <wp:inline distT="0" distB="0" distL="0" distR="0" wp14:anchorId="5C34FD0B" wp14:editId="77DC7618">
            <wp:extent cx="3657600" cy="2438400"/>
            <wp:effectExtent l="0" t="0" r="0" b="0"/>
            <wp:docPr id="1" name="Picture 1">
              <a:extLst xmlns:a="http://schemas.openxmlformats.org/drawingml/2006/main">
                <a:ext uri="{FF2B5EF4-FFF2-40B4-BE49-F238E27FC236}">
                  <a16:creationId xmlns:a16="http://schemas.microsoft.com/office/drawing/2014/main" id="{427F0DC2-9D37-4040-AA88-D80DE4758CB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EB848EC-C003-4E5B-84FD-6534E4D64D81.jpe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DA0341" w14:textId="77777777" w:rsidR="001855EF" w:rsidRDefault="00334A2A">
      <w:pPr>
        <w:jc w:val="center"/>
      </w:pPr>
      <w:r>
        <w:rPr>
          <w:b/>
        </w:rPr>
        <w:t>EXECUTIVE BUSINESS CLIENT INTAKE PACKET</w:t>
      </w:r>
    </w:p>
    <w:p w14:paraId="25BBC887" w14:textId="77777777" w:rsidR="001855EF" w:rsidRDefault="00334A2A">
      <w:pPr>
        <w:jc w:val="center"/>
      </w:pPr>
      <w:r>
        <w:rPr>
          <w:b/>
        </w:rPr>
        <w:t>Accounting • Tax • Consulting</w:t>
      </w:r>
    </w:p>
    <w:p w14:paraId="3008BCE2" w14:textId="77777777" w:rsidR="001855EF" w:rsidRDefault="00334A2A">
      <w:pPr>
        <w:jc w:val="center"/>
      </w:pPr>
      <w:r>
        <w:rPr>
          <w:i/>
        </w:rPr>
        <w:t>Your Business. Our Expertise. Your Growth.</w:t>
      </w:r>
    </w:p>
    <w:p w14:paraId="5A42FBC6" w14:textId="77777777" w:rsidR="001855EF" w:rsidRDefault="00334A2A">
      <w:r>
        <w:br w:type="page"/>
      </w:r>
    </w:p>
    <w:p w14:paraId="56C1B451" w14:textId="77777777" w:rsidR="001855EF" w:rsidRDefault="00334A2A">
      <w:pPr>
        <w:jc w:val="center"/>
      </w:pPr>
      <w:r>
        <w:rPr>
          <w:noProof/>
        </w:rPr>
        <w:drawing>
          <wp:inline distT="0" distB="0" distL="0" distR="0" wp14:anchorId="5FAB7486" wp14:editId="4FA2119E">
            <wp:extent cx="2103120" cy="3154680"/>
            <wp:effectExtent l="0" t="0" r="0" b="0"/>
            <wp:docPr id="2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8FD7BD8B-2CAD-4937-9DC5-D3F7E75D44A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7502CCF-B007-404A-AA17-639FA431185A.jpe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103120" cy="3154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2F7C03" w14:textId="77777777" w:rsidR="001855EF" w:rsidRDefault="00334A2A">
      <w:pPr>
        <w:jc w:val="center"/>
      </w:pPr>
      <w:r>
        <w:rPr>
          <w:b/>
        </w:rPr>
        <w:t>Alwann Noel</w:t>
      </w:r>
      <w:r>
        <w:rPr>
          <w:b/>
        </w:rPr>
        <w:br/>
        <w:t>Founder &amp; Managing Director</w:t>
      </w:r>
    </w:p>
    <w:p w14:paraId="18B57135" w14:textId="77777777" w:rsidR="001855EF" w:rsidRDefault="00334A2A">
      <w:r>
        <w:t>“We don’t just manage numbers—we help build financial clarity, stability, and growth.”</w:t>
      </w:r>
    </w:p>
    <w:p w14:paraId="03C4CA3C" w14:textId="77777777" w:rsidR="001855EF" w:rsidRDefault="00334A2A">
      <w:r>
        <w:br w:type="page"/>
      </w:r>
    </w:p>
    <w:p w14:paraId="2F8F1A51" w14:textId="77777777" w:rsidR="001855EF" w:rsidRDefault="00334A2A">
      <w:pPr>
        <w:pStyle w:val="Heading1"/>
      </w:pPr>
      <w:r>
        <w:t>About Our Firm</w:t>
      </w:r>
    </w:p>
    <w:p w14:paraId="1FF169F2" w14:textId="77777777" w:rsidR="001855EF" w:rsidRDefault="00334A2A">
      <w:r>
        <w:t>Alwann Accounting &amp; Financial Advisory is a premium accounting and advisory firm delivering tailored solutions with precision, integrity, and excellence.</w:t>
      </w:r>
    </w:p>
    <w:p w14:paraId="0B7A3E90" w14:textId="77777777" w:rsidR="001855EF" w:rsidRDefault="00334A2A">
      <w:r>
        <w:br w:type="page"/>
      </w:r>
    </w:p>
    <w:p w14:paraId="6BBEBF06" w14:textId="77777777" w:rsidR="001855EF" w:rsidRDefault="00334A2A">
      <w:pPr>
        <w:pStyle w:val="Heading1"/>
      </w:pPr>
      <w:r>
        <w:t>Services Overview</w:t>
      </w:r>
    </w:p>
    <w:p w14:paraId="0FB34989" w14:textId="77777777" w:rsidR="001855EF" w:rsidRDefault="00334A2A">
      <w:r>
        <w:t>• Bookkeeping</w:t>
      </w:r>
    </w:p>
    <w:p w14:paraId="6C18C616" w14:textId="77777777" w:rsidR="001855EF" w:rsidRDefault="00334A2A">
      <w:r>
        <w:t>• Tax Preparation</w:t>
      </w:r>
    </w:p>
    <w:p w14:paraId="0D743879" w14:textId="77777777" w:rsidR="001855EF" w:rsidRDefault="00334A2A">
      <w:r>
        <w:t>• Tax Planning</w:t>
      </w:r>
    </w:p>
    <w:p w14:paraId="3EA744D0" w14:textId="77777777" w:rsidR="001855EF" w:rsidRDefault="00334A2A">
      <w:r>
        <w:t>• Payroll</w:t>
      </w:r>
    </w:p>
    <w:p w14:paraId="3207A4A6" w14:textId="77777777" w:rsidR="001855EF" w:rsidRDefault="00334A2A">
      <w:r>
        <w:t>• QuickBooks Consulting</w:t>
      </w:r>
    </w:p>
    <w:p w14:paraId="6A4439E9" w14:textId="77777777" w:rsidR="001855EF" w:rsidRDefault="00334A2A">
      <w:r>
        <w:t>• CFO Advisory</w:t>
      </w:r>
    </w:p>
    <w:p w14:paraId="566E9608" w14:textId="77777777" w:rsidR="001855EF" w:rsidRDefault="00334A2A">
      <w:r>
        <w:t>• Financial Reporting</w:t>
      </w:r>
    </w:p>
    <w:p w14:paraId="6B7E8A71" w14:textId="77777777" w:rsidR="001855EF" w:rsidRDefault="00334A2A">
      <w:r>
        <w:t>• IRS Compliance &amp; Resolution</w:t>
      </w:r>
    </w:p>
    <w:p w14:paraId="70921393" w14:textId="77777777" w:rsidR="001855EF" w:rsidRDefault="00334A2A">
      <w:r>
        <w:br w:type="page"/>
      </w:r>
    </w:p>
    <w:p w14:paraId="2F05D847" w14:textId="77777777" w:rsidR="001855EF" w:rsidRDefault="00334A2A">
      <w:pPr>
        <w:pStyle w:val="Heading1"/>
      </w:pPr>
      <w:r>
        <w:t>Section A — Client Information</w:t>
      </w:r>
    </w:p>
    <w:p w14:paraId="0E46E899" w14:textId="77777777" w:rsidR="001855EF" w:rsidRDefault="00334A2A">
      <w:r>
        <w:t>Full Name: ________________________</w:t>
      </w:r>
    </w:p>
    <w:p w14:paraId="5155F006" w14:textId="77777777" w:rsidR="001855EF" w:rsidRDefault="00334A2A">
      <w:r>
        <w:t>Title/Position: ________________________</w:t>
      </w:r>
    </w:p>
    <w:p w14:paraId="68E60A17" w14:textId="77777777" w:rsidR="001855EF" w:rsidRDefault="00334A2A">
      <w:r>
        <w:t>Phone: ________________________</w:t>
      </w:r>
    </w:p>
    <w:p w14:paraId="5C1E147B" w14:textId="77777777" w:rsidR="001855EF" w:rsidRDefault="00334A2A">
      <w:r>
        <w:t>Email: ________________________</w:t>
      </w:r>
    </w:p>
    <w:p w14:paraId="0904A3C1" w14:textId="77777777" w:rsidR="001855EF" w:rsidRDefault="00334A2A">
      <w:r>
        <w:t>Address: ________________________</w:t>
      </w:r>
    </w:p>
    <w:p w14:paraId="120ADA43" w14:textId="77777777" w:rsidR="001855EF" w:rsidRDefault="00334A2A">
      <w:r>
        <w:t>Preferred Contact Method: ________________________</w:t>
      </w:r>
    </w:p>
    <w:p w14:paraId="45640A31" w14:textId="77777777" w:rsidR="001855EF" w:rsidRDefault="00334A2A">
      <w:r>
        <w:br w:type="page"/>
      </w:r>
    </w:p>
    <w:p w14:paraId="29E7C914" w14:textId="77777777" w:rsidR="001855EF" w:rsidRDefault="00334A2A">
      <w:pPr>
        <w:pStyle w:val="Heading1"/>
      </w:pPr>
      <w:r>
        <w:t>Section B — Business Information</w:t>
      </w:r>
    </w:p>
    <w:p w14:paraId="3C19BE7C" w14:textId="77777777" w:rsidR="001855EF" w:rsidRDefault="00334A2A">
      <w:r>
        <w:t>Business Name: ________________________</w:t>
      </w:r>
    </w:p>
    <w:p w14:paraId="42AD7A0E" w14:textId="77777777" w:rsidR="001855EF" w:rsidRDefault="00334A2A">
      <w:r>
        <w:t>DBA: ________________________</w:t>
      </w:r>
    </w:p>
    <w:p w14:paraId="14305137" w14:textId="77777777" w:rsidR="001855EF" w:rsidRDefault="00334A2A">
      <w:r>
        <w:t>EIN: ________________________</w:t>
      </w:r>
    </w:p>
    <w:p w14:paraId="1CA87490" w14:textId="77777777" w:rsidR="001855EF" w:rsidRDefault="00334A2A">
      <w:r>
        <w:t>Entity Type: ________________________</w:t>
      </w:r>
    </w:p>
    <w:p w14:paraId="058C7A07" w14:textId="77777777" w:rsidR="001855EF" w:rsidRDefault="00334A2A">
      <w:r>
        <w:t>State Registered: ________________________</w:t>
      </w:r>
    </w:p>
    <w:p w14:paraId="79321D7B" w14:textId="77777777" w:rsidR="001855EF" w:rsidRDefault="00334A2A">
      <w:r>
        <w:t>Industry: ________________________</w:t>
      </w:r>
    </w:p>
    <w:p w14:paraId="12A1E7B4" w14:textId="77777777" w:rsidR="001855EF" w:rsidRDefault="00334A2A">
      <w:r>
        <w:t>Years in Business: ________________________</w:t>
      </w:r>
    </w:p>
    <w:p w14:paraId="6842AD25" w14:textId="77777777" w:rsidR="001855EF" w:rsidRDefault="00334A2A">
      <w:r>
        <w:t>Number of Employees: ________________________</w:t>
      </w:r>
    </w:p>
    <w:p w14:paraId="60F94C97" w14:textId="77777777" w:rsidR="001855EF" w:rsidRDefault="00334A2A">
      <w:r>
        <w:br w:type="page"/>
      </w:r>
    </w:p>
    <w:p w14:paraId="56FC2920" w14:textId="77777777" w:rsidR="001855EF" w:rsidRDefault="00334A2A">
      <w:pPr>
        <w:pStyle w:val="Heading1"/>
      </w:pPr>
      <w:r>
        <w:t>Section C — Financial Information</w:t>
      </w:r>
    </w:p>
    <w:p w14:paraId="22C29C86" w14:textId="77777777" w:rsidR="001855EF" w:rsidRDefault="00334A2A">
      <w:r>
        <w:t>Annual Revenue: ________________________</w:t>
      </w:r>
    </w:p>
    <w:p w14:paraId="1EFB89BD" w14:textId="77777777" w:rsidR="001855EF" w:rsidRDefault="00334A2A">
      <w:r>
        <w:t>Monthly Expenses: ________________________</w:t>
      </w:r>
    </w:p>
    <w:p w14:paraId="32DFCEF5" w14:textId="77777777" w:rsidR="001855EF" w:rsidRDefault="00334A2A">
      <w:r>
        <w:t>Payroll Frequency: ________________________</w:t>
      </w:r>
    </w:p>
    <w:p w14:paraId="4F1368CA" w14:textId="77777777" w:rsidR="001855EF" w:rsidRDefault="00334A2A">
      <w:r>
        <w:t>Accounting Software: ________________________</w:t>
      </w:r>
    </w:p>
    <w:p w14:paraId="36A7FAC7" w14:textId="77777777" w:rsidR="001855EF" w:rsidRDefault="00334A2A">
      <w:r>
        <w:t>Books Up to Date? ________________________</w:t>
      </w:r>
    </w:p>
    <w:p w14:paraId="654C859F" w14:textId="77777777" w:rsidR="001855EF" w:rsidRDefault="00334A2A">
      <w:r>
        <w:br w:type="page"/>
      </w:r>
    </w:p>
    <w:p w14:paraId="43AF2317" w14:textId="77777777" w:rsidR="001855EF" w:rsidRDefault="00334A2A">
      <w:pPr>
        <w:pStyle w:val="Heading1"/>
      </w:pPr>
      <w:r>
        <w:t>Section D — Tax Information</w:t>
      </w:r>
    </w:p>
    <w:p w14:paraId="30E20CA3" w14:textId="77777777" w:rsidR="001855EF" w:rsidRDefault="00334A2A">
      <w:r>
        <w:t>Prior Tax Returns Filed? ________________________</w:t>
      </w:r>
    </w:p>
    <w:p w14:paraId="6B0B968A" w14:textId="77777777" w:rsidR="001855EF" w:rsidRDefault="00334A2A">
      <w:r>
        <w:t>Outstanding Tax Debt? ________________________</w:t>
      </w:r>
    </w:p>
    <w:p w14:paraId="369B175B" w14:textId="77777777" w:rsidR="001855EF" w:rsidRDefault="00334A2A">
      <w:r>
        <w:t>IRS Notices? ________________________</w:t>
      </w:r>
    </w:p>
    <w:p w14:paraId="76DBD532" w14:textId="77777777" w:rsidR="001855EF" w:rsidRDefault="00334A2A">
      <w:r>
        <w:t>Payroll Taxes Current? ________________________</w:t>
      </w:r>
    </w:p>
    <w:p w14:paraId="6A8EE8E1" w14:textId="77777777" w:rsidR="001855EF" w:rsidRDefault="00334A2A">
      <w:r>
        <w:t>Sales Tax Current? ________________________</w:t>
      </w:r>
    </w:p>
    <w:p w14:paraId="0788FA66" w14:textId="77777777" w:rsidR="001855EF" w:rsidRDefault="00334A2A">
      <w:r>
        <w:br w:type="page"/>
      </w:r>
    </w:p>
    <w:p w14:paraId="2CFADBCB" w14:textId="77777777" w:rsidR="001855EF" w:rsidRDefault="00334A2A">
      <w:pPr>
        <w:pStyle w:val="Heading1"/>
      </w:pPr>
      <w:r>
        <w:t>Section E — Banking &amp; Operations</w:t>
      </w:r>
    </w:p>
    <w:p w14:paraId="2ECED230" w14:textId="77777777" w:rsidR="001855EF" w:rsidRDefault="00334A2A">
      <w:r>
        <w:t>Business Bank Accounts: ________________________</w:t>
      </w:r>
    </w:p>
    <w:p w14:paraId="4F62544D" w14:textId="77777777" w:rsidR="001855EF" w:rsidRDefault="00334A2A">
      <w:r>
        <w:t>Credit Cards: ________________________</w:t>
      </w:r>
    </w:p>
    <w:p w14:paraId="0A48F826" w14:textId="77777777" w:rsidR="001855EF" w:rsidRDefault="00334A2A">
      <w:r>
        <w:t>POS Systems: ________________________</w:t>
      </w:r>
    </w:p>
    <w:p w14:paraId="2C648C0B" w14:textId="77777777" w:rsidR="001855EF" w:rsidRDefault="00334A2A">
      <w:r>
        <w:t>Merchant Processors: ________________________</w:t>
      </w:r>
    </w:p>
    <w:p w14:paraId="285D4B5A" w14:textId="77777777" w:rsidR="001855EF" w:rsidRDefault="00334A2A">
      <w:r>
        <w:t>Loan Obligations: ________________________</w:t>
      </w:r>
    </w:p>
    <w:p w14:paraId="1E208EDE" w14:textId="77777777" w:rsidR="001855EF" w:rsidRDefault="00334A2A">
      <w:r>
        <w:br w:type="page"/>
      </w:r>
    </w:p>
    <w:p w14:paraId="6215A5F3" w14:textId="77777777" w:rsidR="001855EF" w:rsidRDefault="00334A2A">
      <w:pPr>
        <w:pStyle w:val="Heading1"/>
      </w:pPr>
      <w:r>
        <w:t>Section F — Services Requested</w:t>
      </w:r>
    </w:p>
    <w:p w14:paraId="738C4A2B" w14:textId="77777777" w:rsidR="001855EF" w:rsidRDefault="00334A2A">
      <w:r>
        <w:t>☐ Bookkeeping</w:t>
      </w:r>
    </w:p>
    <w:p w14:paraId="68064D3A" w14:textId="77777777" w:rsidR="001855EF" w:rsidRDefault="00334A2A">
      <w:r>
        <w:t>☐ Tax Preparation</w:t>
      </w:r>
    </w:p>
    <w:p w14:paraId="54CDA2C7" w14:textId="77777777" w:rsidR="001855EF" w:rsidRDefault="00334A2A">
      <w:r>
        <w:t>☐ Tax Planning</w:t>
      </w:r>
    </w:p>
    <w:p w14:paraId="6FEA9E08" w14:textId="77777777" w:rsidR="001855EF" w:rsidRDefault="00334A2A">
      <w:r>
        <w:t>☐ Payroll</w:t>
      </w:r>
    </w:p>
    <w:p w14:paraId="16BD8EC5" w14:textId="77777777" w:rsidR="001855EF" w:rsidRDefault="00334A2A">
      <w:r>
        <w:t>☐ Financial Cleanup</w:t>
      </w:r>
    </w:p>
    <w:p w14:paraId="011AEAC5" w14:textId="77777777" w:rsidR="001855EF" w:rsidRDefault="00334A2A">
      <w:r>
        <w:t>☐ QuickBooks Setup/Cleanup</w:t>
      </w:r>
    </w:p>
    <w:p w14:paraId="00AD3AD2" w14:textId="77777777" w:rsidR="001855EF" w:rsidRDefault="00334A2A">
      <w:r>
        <w:t>☐ CFO Advisory</w:t>
      </w:r>
    </w:p>
    <w:p w14:paraId="10B6470F" w14:textId="77777777" w:rsidR="001855EF" w:rsidRDefault="00334A2A">
      <w:r>
        <w:t>☐ IRS Resolution</w:t>
      </w:r>
    </w:p>
    <w:p w14:paraId="3BD0D557" w14:textId="77777777" w:rsidR="001855EF" w:rsidRDefault="00334A2A">
      <w:r>
        <w:br w:type="page"/>
      </w:r>
    </w:p>
    <w:p w14:paraId="55952F5A" w14:textId="77777777" w:rsidR="001855EF" w:rsidRDefault="00334A2A">
      <w:pPr>
        <w:pStyle w:val="Heading1"/>
      </w:pPr>
      <w:r>
        <w:t>Section G — Goals &amp; Challenges</w:t>
      </w:r>
    </w:p>
    <w:p w14:paraId="57466F87" w14:textId="77777777" w:rsidR="001855EF" w:rsidRDefault="00334A2A">
      <w:r>
        <w:t>Biggest Financial Challenge: ________________________</w:t>
      </w:r>
    </w:p>
    <w:p w14:paraId="44317418" w14:textId="77777777" w:rsidR="001855EF" w:rsidRDefault="00334A2A">
      <w:r>
        <w:t>Top 3 Goals: ________________________</w:t>
      </w:r>
    </w:p>
    <w:p w14:paraId="383FA5B2" w14:textId="77777777" w:rsidR="001855EF" w:rsidRDefault="00334A2A">
      <w:r>
        <w:t>Growth Plans: ________________________</w:t>
      </w:r>
    </w:p>
    <w:p w14:paraId="7CC4637E" w14:textId="77777777" w:rsidR="001855EF" w:rsidRDefault="00334A2A">
      <w:r>
        <w:t>Additional Notes: ________________________</w:t>
      </w:r>
    </w:p>
    <w:p w14:paraId="1529E411" w14:textId="77777777" w:rsidR="001855EF" w:rsidRDefault="00334A2A">
      <w:r>
        <w:br w:type="page"/>
      </w:r>
    </w:p>
    <w:p w14:paraId="031F2D6E" w14:textId="77777777" w:rsidR="001855EF" w:rsidRDefault="00334A2A">
      <w:pPr>
        <w:pStyle w:val="Heading1"/>
      </w:pPr>
      <w:r>
        <w:t>Required Documents Checklist</w:t>
      </w:r>
    </w:p>
    <w:p w14:paraId="5E1E92DA" w14:textId="77777777" w:rsidR="001855EF" w:rsidRDefault="00334A2A">
      <w:r>
        <w:t>☐ Prior Tax Returns</w:t>
      </w:r>
    </w:p>
    <w:p w14:paraId="55F49062" w14:textId="77777777" w:rsidR="001855EF" w:rsidRDefault="00334A2A">
      <w:r>
        <w:t>☐ Bank Statements</w:t>
      </w:r>
    </w:p>
    <w:p w14:paraId="2253F29E" w14:textId="77777777" w:rsidR="001855EF" w:rsidRDefault="00334A2A">
      <w:r>
        <w:t>☐ Credit Card Statements</w:t>
      </w:r>
    </w:p>
    <w:p w14:paraId="098F6A46" w14:textId="77777777" w:rsidR="001855EF" w:rsidRDefault="00334A2A">
      <w:r>
        <w:t>☐ Payroll Reports</w:t>
      </w:r>
    </w:p>
    <w:p w14:paraId="5DECAEDC" w14:textId="77777777" w:rsidR="001855EF" w:rsidRDefault="00334A2A">
      <w:r>
        <w:t>☐ IRS Notices</w:t>
      </w:r>
    </w:p>
    <w:p w14:paraId="5BFD06EF" w14:textId="77777777" w:rsidR="001855EF" w:rsidRDefault="00334A2A">
      <w:r>
        <w:t>☐ Financial Statements</w:t>
      </w:r>
    </w:p>
    <w:p w14:paraId="14FFF6F0" w14:textId="77777777" w:rsidR="001855EF" w:rsidRDefault="00334A2A">
      <w:r>
        <w:br w:type="page"/>
      </w:r>
    </w:p>
    <w:p w14:paraId="3AB10F2F" w14:textId="77777777" w:rsidR="001855EF" w:rsidRDefault="00334A2A">
      <w:pPr>
        <w:pStyle w:val="Heading1"/>
      </w:pPr>
      <w:r>
        <w:t>Engagement Agreement</w:t>
      </w:r>
    </w:p>
    <w:p w14:paraId="35A0482E" w14:textId="2CA09B20" w:rsidR="001855EF" w:rsidRDefault="00334A2A">
      <w:r>
        <w:t xml:space="preserve">By signing below, you certify </w:t>
      </w:r>
      <w:r w:rsidR="2625C3D9">
        <w:t>that</w:t>
      </w:r>
      <w:r w:rsidR="0EF5D26D">
        <w:t xml:space="preserve"> </w:t>
      </w:r>
      <w:r>
        <w:t xml:space="preserve">the information provided is accurate and agree to engage </w:t>
      </w:r>
      <w:r w:rsidR="20318A5C">
        <w:t>in</w:t>
      </w:r>
      <w:r w:rsidR="0EF5D26D">
        <w:t xml:space="preserve"> </w:t>
      </w:r>
      <w:r>
        <w:t>Alwann Accounting &amp; Financial Advisory.</w:t>
      </w:r>
    </w:p>
    <w:p w14:paraId="60FDD8D6" w14:textId="77777777" w:rsidR="001855EF" w:rsidRDefault="00334A2A">
      <w:r>
        <w:t>Signature: ________________________</w:t>
      </w:r>
    </w:p>
    <w:p w14:paraId="05747891" w14:textId="77777777" w:rsidR="001855EF" w:rsidRDefault="00334A2A">
      <w:r>
        <w:t>Date: ________________________</w:t>
      </w:r>
    </w:p>
    <w:p w14:paraId="6041F896" w14:textId="77777777" w:rsidR="001855EF" w:rsidRDefault="00334A2A">
      <w:r>
        <w:br w:type="page"/>
      </w:r>
    </w:p>
    <w:p w14:paraId="5DEA8F3F" w14:textId="77777777" w:rsidR="001855EF" w:rsidRDefault="00334A2A">
      <w:pPr>
        <w:pStyle w:val="Heading1"/>
      </w:pPr>
      <w:r>
        <w:t>Consultation Booking</w:t>
      </w:r>
    </w:p>
    <w:p w14:paraId="0A864E4A" w14:textId="77777777" w:rsidR="001855EF" w:rsidRDefault="00334A2A">
      <w:r>
        <w:t>Phone: 407-906-3494</w:t>
      </w:r>
    </w:p>
    <w:p w14:paraId="5D761DA9" w14:textId="77777777" w:rsidR="001855EF" w:rsidRDefault="00334A2A">
      <w:r>
        <w:t>Email: support@itech-u.com</w:t>
      </w:r>
    </w:p>
    <w:p w14:paraId="175CBFC1" w14:textId="77777777" w:rsidR="001855EF" w:rsidRDefault="00334A2A">
      <w:r>
        <w:t>Website: https://itech-u.com</w:t>
      </w:r>
    </w:p>
    <w:sectPr w:rsidR="001855EF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453092534">
    <w:abstractNumId w:val="8"/>
  </w:num>
  <w:num w:numId="2" w16cid:durableId="1484270696">
    <w:abstractNumId w:val="7"/>
  </w:num>
  <w:num w:numId="3" w16cid:durableId="1541167325">
    <w:abstractNumId w:val="5"/>
  </w:num>
  <w:num w:numId="4" w16cid:durableId="1651403322">
    <w:abstractNumId w:val="3"/>
  </w:num>
  <w:num w:numId="5" w16cid:durableId="1803689239">
    <w:abstractNumId w:val="1"/>
  </w:num>
  <w:num w:numId="6" w16cid:durableId="1968078374">
    <w:abstractNumId w:val="2"/>
  </w:num>
  <w:num w:numId="7" w16cid:durableId="2103143918">
    <w:abstractNumId w:val="0"/>
  </w:num>
  <w:num w:numId="8" w16cid:durableId="2103454574">
    <w:abstractNumId w:val="6"/>
  </w:num>
  <w:num w:numId="9" w16cid:durableId="65438080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7794C"/>
    <w:rsid w:val="001855EF"/>
    <w:rsid w:val="0029639D"/>
    <w:rsid w:val="00326F90"/>
    <w:rsid w:val="00334A2A"/>
    <w:rsid w:val="00AA1D8D"/>
    <w:rsid w:val="00B47730"/>
    <w:rsid w:val="00C42A76"/>
    <w:rsid w:val="00C84F5A"/>
    <w:rsid w:val="00CB0664"/>
    <w:rsid w:val="00DF6383"/>
    <w:rsid w:val="00FC693F"/>
    <w:rsid w:val="0EF5D26D"/>
    <w:rsid w:val="20318A5C"/>
    <w:rsid w:val="2625C3D9"/>
    <w:rsid w:val="47868A86"/>
    <w:rsid w:val="7E353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70B6A23C"/>
  <w14:defaultImageDpi w14:val="300"/>
  <w15:docId w15:val="{F9BA1481-0129-44BA-984F-F4977B605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Calibri" w:hAnsi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8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4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0</Pages>
  <Words>0</Words>
  <Characters>0</Characters>
  <Application>Microsoft Office Word</Application>
  <DocSecurity>4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Alwan'n N</cp:lastModifiedBy>
  <cp:revision>2</cp:revision>
  <dcterms:created xsi:type="dcterms:W3CDTF">2026-06-19T17:26:00Z</dcterms:created>
  <dcterms:modified xsi:type="dcterms:W3CDTF">2026-06-20T23:31:00Z</dcterms:modified>
  <cp:category/>
</cp:coreProperties>
</file>